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REKLAMAČNÝ FORMULÁR</w:t>
      </w:r>
    </w:p>
    <w:p>
      <w:pPr>
        <w:spacing w:after="40"/>
        <w:jc w:val="center"/>
      </w:pPr>
      <w:r>
        <w:rPr>
          <w:b/>
          <w:sz w:val="18"/>
        </w:rPr>
        <w:t>Pre rýchlejšie a jednoduchšie vybavenie môžete podať reklamáciu aj online:</w:t>
      </w:r>
    </w:p>
    <w:p>
      <w:pPr>
        <w:spacing w:after="140"/>
        <w:jc w:val="center"/>
      </w:pPr>
      <w:hyperlink r:id="rId9">
        <w:r>
          <w:rPr>
            <w:color w:val="0563C1"/>
            <w:u w:val="single"/>
            <w:b/>
          </w:rPr>
          <w:t>www.zdravomedic.sk – Podať online reklamáciu</w:t>
        </w:r>
      </w:hyperlink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/>
                <w:sz w:val="20"/>
              </w:rPr>
              <w:t>Predávajúci:</w:t>
              <w:br/>
              <w:br/>
              <w:t>Zdravo Medic s. r. o.</w:t>
              <w:br/>
              <w:t>044 71 Cestice 228</w:t>
              <w:br/>
              <w:t>IČO: 36733491</w:t>
              <w:br/>
              <w:t>DIČ: 20223556963</w:t>
            </w:r>
          </w:p>
        </w:tc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Kupujúci:</w:t>
              <w:br/>
              <w:t>Meno a priezvisko (obchodné meno, IČO): ______________________</w:t>
              <w:br/>
              <w:t>Bydlisko (sídlo): __________________________________________</w:t>
              <w:br/>
              <w:t>Bankové spojenie (číslo účtu/IBAN): __________________________</w:t>
              <w:br/>
              <w:t>Telefonický kontakt: _______________________________________</w:t>
              <w:br/>
              <w:t>E-mail: __________________________________________________</w:t>
            </w:r>
          </w:p>
        </w:tc>
      </w:tr>
    </w:tbl>
    <w:p>
      <w:pPr>
        <w:jc w:val="center"/>
      </w:pPr>
      <w:r>
        <w:rPr>
          <w:i/>
          <w:sz w:val="18"/>
        </w:rPr>
        <w:t>Týmto u Vás reklamujem nižšie uvedený tovar s opisom vady. Prosím o vybavenie reklamácie a oznámenie jej výsledku v zákonnej lehote.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91"/>
        <w:gridCol w:w="2691"/>
        <w:gridCol w:w="2691"/>
        <w:gridCol w:w="2691"/>
      </w:tblGrid>
      <w:tr>
        <w:tc>
          <w:tcPr>
            <w:tcW w:type="dxa" w:w="2691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Číslo dokladu / pokl. bloku:</w:t>
            </w:r>
          </w:p>
        </w:tc>
        <w:tc>
          <w:tcPr>
            <w:tcW w:type="dxa" w:w="2691"/>
            <w:shd w:fill="D9D9D9"/>
          </w:tcPr>
          <w:p/>
        </w:tc>
        <w:tc>
          <w:tcPr>
            <w:tcW w:type="dxa" w:w="2691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Dňa:</w:t>
            </w:r>
          </w:p>
        </w:tc>
        <w:tc>
          <w:tcPr>
            <w:tcW w:type="dxa" w:w="2691"/>
            <w:shd w:fill="D9D9D9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Detailný opis reklamovaného tovaru</w:t>
              <w:br/>
              <w:t>(napr. názov, typ, model):</w:t>
            </w:r>
          </w:p>
        </w:tc>
        <w:tc>
          <w:tcPr>
            <w:tcW w:type="dxa" w:w="5383"/>
            <w:vAlign w:val="center"/>
            <w:shd w:fill="D9D9D9"/>
          </w:tcPr>
          <w:p>
            <w:r/>
            <w:r>
              <w:rPr>
                <w:rFonts w:ascii="Arial" w:hAnsi="Arial"/>
                <w:b w:val="0"/>
                <w:sz w:val="18"/>
              </w:rPr>
              <w:br/>
              <w:br/>
              <w:br/>
              <w:br/>
              <w:br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Detailný opis vady, pre ktorú je tovar reklamovaný</w:t>
              <w:br/>
              <w:t>(napr. okolnosti, kedy a ako sa vada prejavuje):</w:t>
            </w:r>
          </w:p>
        </w:tc>
        <w:tc>
          <w:tcPr>
            <w:tcW w:type="dxa" w:w="5383"/>
            <w:vAlign w:val="center"/>
            <w:shd w:fill="D9D9D9"/>
          </w:tcPr>
          <w:p>
            <w:r/>
            <w:r>
              <w:rPr>
                <w:rFonts w:ascii="Arial" w:hAnsi="Arial"/>
                <w:b w:val="0"/>
                <w:sz w:val="18"/>
              </w:rPr>
              <w:br/>
              <w:br/>
              <w:br/>
              <w:br/>
              <w:br/>
              <w:br/>
            </w:r>
          </w:p>
        </w:tc>
      </w:tr>
    </w:tbl>
    <w:p>
      <w:r>
        <w:rPr>
          <w:i/>
        </w:rPr>
        <w:t>Prílohy:</w:t>
        <w:br/>
      </w:r>
      <w:r>
        <w:rPr>
          <w:b/>
        </w:rPr>
        <w:t xml:space="preserve">1. POVINNÉ: </w:t>
      </w:r>
      <w:r>
        <w:t>Fotokópia dokladu o kúpe (pokladničný blok/faktúra), prípadne záručného listu</w:t>
        <w:br/>
      </w:r>
      <w:r>
        <w:rPr>
          <w:b/>
        </w:rPr>
        <w:t xml:space="preserve">2. POVINNÉ: </w:t>
      </w:r>
      <w:r>
        <w:t>Reklamovaný tovar</w:t>
        <w:br/>
      </w:r>
      <w:r>
        <w:t>3. Iné: ______________________________________________</w:t>
      </w:r>
    </w:p>
    <w:p>
      <w:pPr>
        <w:jc w:val="center"/>
      </w:pPr>
      <w:r>
        <w:rPr>
          <w:sz w:val="14"/>
        </w:rPr>
        <w:t>Vyhlasujem, že všetky údaje v tomto formulári sú pravdivé a presné. Svojím podpisom potvrdzujem, že som sa oboznámil(a) s reklamačným poriadkom a súhlasím s ním.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589"/>
        <w:gridCol w:w="3589"/>
        <w:gridCol w:w="3589"/>
      </w:tblGrid>
      <w:tr>
        <w:tc>
          <w:tcPr>
            <w:tcW w:type="dxa" w:w="3589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V: ____________________</w:t>
            </w:r>
          </w:p>
        </w:tc>
        <w:tc>
          <w:tcPr>
            <w:tcW w:type="dxa" w:w="3589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dňa: ____________________</w:t>
            </w:r>
          </w:p>
        </w:tc>
        <w:tc>
          <w:tcPr>
            <w:tcW w:type="dxa" w:w="3589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podpis kupujúceho: ____________________</w:t>
            </w:r>
          </w:p>
        </w:tc>
      </w:tr>
    </w:tbl>
    <w:p>
      <w:pPr>
        <w:jc w:val="center"/>
      </w:pPr>
      <w:r>
        <w:rPr>
          <w:b/>
          <w:sz w:val="30"/>
        </w:rPr>
        <w:t>VYJADRENIE PREDÁVAJÚCEHO</w:t>
      </w:r>
    </w:p>
    <w:p>
      <w:r>
        <w:t>Na základe vyššie uvedených informácií sme prijali Vašu reklamáciu tovaru. Vami uplatnená reklamácia:</w:t>
      </w:r>
    </w:p>
    <w:p>
      <w:pPr>
        <w:jc w:val="center"/>
      </w:pPr>
      <w:r>
        <w:t>☐ Vašu reklamáciu POKLADÁME za opodstatnenú</w:t>
        <w:br/>
      </w:r>
      <w:r>
        <w:t>☐ Vašu reklamáciu NEPOKLADÁME za opodstatnenú</w:t>
      </w:r>
    </w:p>
    <w:p>
      <w:r>
        <w:t>Na základe odborného posúdenia / zo dňa: 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S poukazom na uvedené navrhujeme:</w:t>
            </w:r>
          </w:p>
        </w:tc>
        <w:tc>
          <w:tcPr>
            <w:tcW w:type="dxa" w:w="5383"/>
            <w:vAlign w:val="center"/>
            <w:shd w:fill="D9D9D9"/>
          </w:tcPr>
          <w:p>
            <w:r/>
            <w:r>
              <w:rPr>
                <w:rFonts w:ascii="Arial" w:hAnsi="Arial"/>
                <w:b w:val="0"/>
                <w:sz w:val="18"/>
              </w:rPr>
              <w:br/>
              <w:br/>
              <w:br/>
              <w:br/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383"/>
        <w:gridCol w:w="5383"/>
      </w:tblGrid>
      <w:tr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Reklamáciu vybavoval: ______________________________</w:t>
            </w:r>
          </w:p>
        </w:tc>
        <w:tc>
          <w:tcPr>
            <w:tcW w:type="dxa" w:w="5383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Tel. kontakt: ______________________________________</w:t>
            </w:r>
          </w:p>
        </w:tc>
      </w:tr>
    </w:tbl>
    <w:p>
      <w:pPr>
        <w:jc w:val="center"/>
      </w:pPr>
      <w:r>
        <w:rPr>
          <w:sz w:val="12"/>
        </w:rPr>
        <w:t>Formulár je určený na uplatnenie reklamácie. Lehoty a spôsob vybavenia reklamácie sa riadia platnými právnymi predpismi a reklamačným poriadkom predávajúceho.</w:t>
      </w:r>
    </w:p>
    <w:sectPr w:rsidR="00FC693F" w:rsidRPr="0006063C" w:rsidSect="00034616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zdravomedic.sk/module/reklamaciaxl/fro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